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88B3E" w14:textId="4D24B059" w:rsidR="00F55F52" w:rsidRPr="00DF0041" w:rsidRDefault="00F55F52">
      <w:pPr>
        <w:keepLines/>
        <w:spacing w:after="40"/>
        <w:rPr>
          <w:rFonts w:asciiTheme="majorHAnsi" w:hAnsiTheme="majorHAnsi" w:cstheme="majorHAnsi"/>
          <w:b/>
          <w:color w:val="1F3844"/>
          <w:sz w:val="26"/>
          <w:szCs w:val="26"/>
        </w:rPr>
      </w:pPr>
      <w:proofErr w:type="spellStart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>Gezamenlijke</w:t>
      </w:r>
      <w:proofErr w:type="spellEnd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>ontmoetingsdienst</w:t>
      </w:r>
      <w:proofErr w:type="spellEnd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 xml:space="preserve"> 23 </w:t>
      </w:r>
      <w:proofErr w:type="spellStart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>augustus</w:t>
      </w:r>
      <w:proofErr w:type="spellEnd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 xml:space="preserve"> 2026</w:t>
      </w:r>
    </w:p>
    <w:p w14:paraId="18CD58BC" w14:textId="7A758775" w:rsidR="00F55F52" w:rsidRDefault="00675BC9" w:rsidP="00675BC9">
      <w:pPr>
        <w:keepLines/>
        <w:pBdr>
          <w:bottom w:val="single" w:sz="6" w:space="1" w:color="auto"/>
        </w:pBdr>
        <w:spacing w:after="40"/>
        <w:rPr>
          <w:rFonts w:asciiTheme="majorHAnsi" w:hAnsiTheme="majorHAnsi" w:cstheme="majorHAnsi"/>
          <w:b/>
          <w:color w:val="1F3844"/>
          <w:sz w:val="26"/>
          <w:szCs w:val="26"/>
        </w:rPr>
      </w:pPr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>Ineke Veenstra/Connect</w:t>
      </w:r>
    </w:p>
    <w:p w14:paraId="0E719514" w14:textId="77777777" w:rsidR="00DF0041" w:rsidRPr="00DF0041" w:rsidRDefault="00DF0041" w:rsidP="00675BC9">
      <w:pPr>
        <w:keepLines/>
        <w:pBdr>
          <w:bottom w:val="single" w:sz="6" w:space="1" w:color="auto"/>
        </w:pBdr>
        <w:spacing w:after="40"/>
        <w:rPr>
          <w:rFonts w:asciiTheme="majorHAnsi" w:hAnsiTheme="majorHAnsi" w:cstheme="majorHAnsi"/>
          <w:b/>
          <w:color w:val="1F3844"/>
          <w:sz w:val="26"/>
          <w:szCs w:val="26"/>
        </w:rPr>
      </w:pPr>
    </w:p>
    <w:p w14:paraId="70544084" w14:textId="62E9FC3E" w:rsidR="00436DB1" w:rsidRPr="00DF0041" w:rsidRDefault="00000000">
      <w:pPr>
        <w:keepLines/>
        <w:spacing w:after="40"/>
        <w:rPr>
          <w:rFonts w:asciiTheme="majorHAnsi" w:hAnsiTheme="majorHAnsi" w:cstheme="majorHAnsi"/>
          <w:sz w:val="26"/>
          <w:szCs w:val="26"/>
        </w:rPr>
      </w:pPr>
      <w:proofErr w:type="spellStart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>Opw</w:t>
      </w:r>
      <w:proofErr w:type="spellEnd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 xml:space="preserve"> 589 - Ik </w:t>
      </w:r>
      <w:proofErr w:type="spellStart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>wil</w:t>
      </w:r>
      <w:proofErr w:type="spellEnd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>juichen</w:t>
      </w:r>
      <w:proofErr w:type="spellEnd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>voor</w:t>
      </w:r>
      <w:proofErr w:type="spellEnd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 xml:space="preserve"> U mijn Heer </w:t>
      </w:r>
    </w:p>
    <w:p w14:paraId="366CEC97" w14:textId="45622938" w:rsidR="00436DB1" w:rsidRPr="00DF0041" w:rsidRDefault="00436DB1">
      <w:pPr>
        <w:keepLines/>
        <w:spacing w:before="120" w:after="40"/>
        <w:rPr>
          <w:rFonts w:asciiTheme="majorHAnsi" w:hAnsiTheme="majorHAnsi" w:cstheme="majorHAnsi"/>
          <w:sz w:val="26"/>
          <w:szCs w:val="26"/>
        </w:rPr>
      </w:pPr>
    </w:p>
    <w:p w14:paraId="0BBD3234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wil juichen voor U mijn Heer - met blijdschap in mijn hart</w:t>
      </w:r>
    </w:p>
    <w:p w14:paraId="743BA418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wil jubelen voor U Heer - mijn hart is vol ontzag</w:t>
      </w:r>
    </w:p>
    <w:p w14:paraId="2F131731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erken U Heer bent God - en ik behoor U toe</w:t>
      </w:r>
    </w:p>
    <w:p w14:paraId="0A6D90FD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Mijn aanbidding is slechts voor U - wat ik ook denk of voel</w:t>
      </w:r>
    </w:p>
    <w:p w14:paraId="285FF9C0" w14:textId="60C4EE40" w:rsidR="00436DB1" w:rsidRPr="00DF0041" w:rsidRDefault="00436DB1">
      <w:pPr>
        <w:keepLines/>
        <w:spacing w:before="120" w:after="40"/>
        <w:rPr>
          <w:rFonts w:asciiTheme="majorHAnsi" w:hAnsiTheme="majorHAnsi" w:cstheme="majorHAnsi"/>
          <w:sz w:val="26"/>
          <w:szCs w:val="26"/>
        </w:rPr>
      </w:pPr>
    </w:p>
    <w:p w14:paraId="04FD0B4D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ik ga door de poorten met een loflied</w:t>
      </w:r>
    </w:p>
    <w:p w14:paraId="7AA7468F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Want ik wil U ontmoeten deze dag</w:t>
      </w:r>
    </w:p>
    <w:p w14:paraId="7E4AE7FD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ik zing U alle lof toe</w:t>
      </w:r>
    </w:p>
    <w:p w14:paraId="1AB2C17C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’k hef mijn handen naar U op</w:t>
      </w:r>
    </w:p>
    <w:p w14:paraId="56B56D2A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prijs uw naam God van de eeuwigheid</w:t>
      </w:r>
    </w:p>
    <w:p w14:paraId="0929CA2A" w14:textId="6AF6521B" w:rsidR="00436DB1" w:rsidRPr="00DF0041" w:rsidRDefault="00436DB1">
      <w:pPr>
        <w:keepLines/>
        <w:spacing w:before="120" w:after="40"/>
        <w:rPr>
          <w:rFonts w:asciiTheme="majorHAnsi" w:hAnsiTheme="majorHAnsi" w:cstheme="majorHAnsi"/>
          <w:sz w:val="26"/>
          <w:szCs w:val="26"/>
        </w:rPr>
      </w:pPr>
    </w:p>
    <w:p w14:paraId="233D61EF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wil juichen voor U mijn Heer - met blijdschap in mijn hart</w:t>
      </w:r>
    </w:p>
    <w:p w14:paraId="04E2DBE7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wil jubelen voor U Heer - mijn hart is vol ontzag</w:t>
      </w:r>
    </w:p>
    <w:p w14:paraId="0E1AEABD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erken U Heer bent God - en ik behoor U toe</w:t>
      </w:r>
    </w:p>
    <w:p w14:paraId="39AC0284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Mijn aanbidding is slechts voor U - wat ik ook denk of voel</w:t>
      </w:r>
    </w:p>
    <w:p w14:paraId="16E96217" w14:textId="22951F49" w:rsidR="00436DB1" w:rsidRPr="00DF0041" w:rsidRDefault="00436DB1">
      <w:pPr>
        <w:keepLines/>
        <w:spacing w:before="120" w:after="40"/>
        <w:rPr>
          <w:rFonts w:asciiTheme="majorHAnsi" w:hAnsiTheme="majorHAnsi" w:cstheme="majorHAnsi"/>
          <w:sz w:val="26"/>
          <w:szCs w:val="26"/>
        </w:rPr>
      </w:pPr>
    </w:p>
    <w:p w14:paraId="1264C18F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ik ga door de poorten met een loflied</w:t>
      </w:r>
    </w:p>
    <w:p w14:paraId="3E623D14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Want ik wil U ontmoeten deze dag</w:t>
      </w:r>
    </w:p>
    <w:p w14:paraId="59CDEF99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ik zing U alle lof toe</w:t>
      </w:r>
    </w:p>
    <w:p w14:paraId="4C6D976C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’k hef mijn handen naar U op</w:t>
      </w:r>
    </w:p>
    <w:p w14:paraId="2356F815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prijs uw naam God van de eeuwigheid</w:t>
      </w:r>
    </w:p>
    <w:p w14:paraId="5A77FC0B" w14:textId="476CD975" w:rsidR="00436DB1" w:rsidRPr="00DF0041" w:rsidRDefault="00436DB1">
      <w:pPr>
        <w:keepLines/>
        <w:spacing w:before="120" w:after="40"/>
        <w:rPr>
          <w:rFonts w:asciiTheme="majorHAnsi" w:hAnsiTheme="majorHAnsi" w:cstheme="majorHAnsi"/>
          <w:sz w:val="26"/>
          <w:szCs w:val="26"/>
        </w:rPr>
      </w:pPr>
    </w:p>
    <w:p w14:paraId="480D1799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Want de Heer is goed zijn goedertierenheid</w:t>
      </w:r>
    </w:p>
    <w:p w14:paraId="394F2E1C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Is tot in eeuwigheid a - men</w:t>
      </w:r>
    </w:p>
    <w:p w14:paraId="2DA8C6BC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Ja de Heer is goed zijn liefde en zijn trouw</w:t>
      </w:r>
    </w:p>
    <w:p w14:paraId="3EDCD69D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Zijn tot in eeuwigheid a - men</w:t>
      </w:r>
    </w:p>
    <w:p w14:paraId="39222758" w14:textId="35D5C35B" w:rsidR="00436DB1" w:rsidRPr="00DF0041" w:rsidRDefault="00436DB1">
      <w:pPr>
        <w:keepLines/>
        <w:spacing w:before="120" w:after="40"/>
        <w:rPr>
          <w:rFonts w:asciiTheme="majorHAnsi" w:hAnsiTheme="majorHAnsi" w:cstheme="majorHAnsi"/>
          <w:sz w:val="26"/>
          <w:szCs w:val="26"/>
        </w:rPr>
      </w:pPr>
    </w:p>
    <w:p w14:paraId="6E4C1A6E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ik ga door de poorten met een loflied</w:t>
      </w:r>
    </w:p>
    <w:p w14:paraId="789EE864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Want ik wil U ontmoeten deze dag</w:t>
      </w:r>
    </w:p>
    <w:p w14:paraId="03463D0B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ik ga door de poorten met een loflied</w:t>
      </w:r>
    </w:p>
    <w:p w14:paraId="38A07416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Want ik wil U ontmoeten deze dag</w:t>
      </w:r>
    </w:p>
    <w:p w14:paraId="7E924675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ik zing U alle lof toe</w:t>
      </w:r>
    </w:p>
    <w:p w14:paraId="71E801AC" w14:textId="77777777" w:rsidR="00F55F52" w:rsidRPr="00DF0041" w:rsidRDefault="00000000" w:rsidP="00F55F52">
      <w:pPr>
        <w:keepLines/>
        <w:rPr>
          <w:rFonts w:asciiTheme="majorHAnsi" w:hAnsiTheme="majorHAnsi" w:cstheme="majorHAnsi"/>
          <w:color w:val="141414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’k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hef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mijn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handen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naar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U op</w:t>
      </w:r>
    </w:p>
    <w:p w14:paraId="307E4900" w14:textId="77777777" w:rsidR="00F55F52" w:rsidRPr="00DF0041" w:rsidRDefault="00F55F52" w:rsidP="00F55F52">
      <w:pPr>
        <w:keepLines/>
        <w:rPr>
          <w:rFonts w:asciiTheme="majorHAnsi" w:hAnsiTheme="majorHAnsi" w:cstheme="majorHAnsi"/>
          <w:color w:val="141414"/>
          <w:sz w:val="26"/>
          <w:szCs w:val="26"/>
        </w:rPr>
      </w:pPr>
    </w:p>
    <w:p w14:paraId="77C34476" w14:textId="77777777" w:rsidR="00F55F52" w:rsidRPr="00DF0041" w:rsidRDefault="00F55F52" w:rsidP="00F55F52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Ik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prijs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uw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naam</w:t>
      </w:r>
    </w:p>
    <w:p w14:paraId="19265D4D" w14:textId="77777777" w:rsidR="00F55F52" w:rsidRPr="00DF0041" w:rsidRDefault="00F55F52" w:rsidP="00F55F52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lastRenderedPageBreak/>
        <w:t xml:space="preserve">Ik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prijs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uw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naam</w:t>
      </w:r>
    </w:p>
    <w:p w14:paraId="6FD62551" w14:textId="77777777" w:rsidR="00F55F52" w:rsidRPr="00DF0041" w:rsidRDefault="00F55F52" w:rsidP="00F55F52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Ik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prijs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uw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naam</w:t>
      </w:r>
    </w:p>
    <w:p w14:paraId="0562862C" w14:textId="77777777" w:rsidR="00F55F52" w:rsidRPr="00DF0041" w:rsidRDefault="00F55F52" w:rsidP="00F55F52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God van de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eeuwigheid</w:t>
      </w:r>
      <w:proofErr w:type="spellEnd"/>
    </w:p>
    <w:p w14:paraId="3B881729" w14:textId="6C952376" w:rsidR="00F55F52" w:rsidRPr="00DF0041" w:rsidRDefault="00F55F52" w:rsidP="00F55F52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sz w:val="26"/>
          <w:szCs w:val="26"/>
        </w:rPr>
        <w:br/>
      </w:r>
    </w:p>
    <w:p w14:paraId="5C0CA313" w14:textId="51089B4E" w:rsidR="00436DB1" w:rsidRPr="00DF0041" w:rsidRDefault="00F55F52" w:rsidP="00DF0041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b/>
          <w:bCs/>
          <w:sz w:val="26"/>
          <w:szCs w:val="26"/>
        </w:rPr>
        <w:t>Welkom</w:t>
      </w:r>
      <w:r w:rsidR="00B84701" w:rsidRPr="00DF0041">
        <w:rPr>
          <w:rFonts w:asciiTheme="majorHAnsi" w:hAnsiTheme="majorHAnsi" w:cstheme="majorHAnsi"/>
          <w:b/>
          <w:bCs/>
          <w:sz w:val="26"/>
          <w:szCs w:val="26"/>
        </w:rPr>
        <w:t xml:space="preserve"> </w:t>
      </w:r>
      <w:proofErr w:type="spellStart"/>
      <w:r w:rsidR="00B84701" w:rsidRPr="00DF0041">
        <w:rPr>
          <w:rFonts w:asciiTheme="majorHAnsi" w:hAnsiTheme="majorHAnsi" w:cstheme="majorHAnsi"/>
          <w:b/>
          <w:bCs/>
          <w:sz w:val="26"/>
          <w:szCs w:val="26"/>
        </w:rPr>
        <w:t>Froukina</w:t>
      </w:r>
      <w:proofErr w:type="spellEnd"/>
      <w:r w:rsidR="00B84701" w:rsidRPr="00DF0041">
        <w:rPr>
          <w:rFonts w:asciiTheme="majorHAnsi" w:hAnsiTheme="majorHAnsi" w:cstheme="majorHAnsi"/>
          <w:b/>
          <w:bCs/>
          <w:sz w:val="26"/>
          <w:szCs w:val="26"/>
        </w:rPr>
        <w:t xml:space="preserve"> Postma</w:t>
      </w:r>
      <w:r w:rsidRPr="00DF0041">
        <w:rPr>
          <w:rFonts w:asciiTheme="majorHAnsi" w:hAnsiTheme="majorHAnsi" w:cstheme="majorHAnsi"/>
          <w:b/>
          <w:bCs/>
          <w:sz w:val="26"/>
          <w:szCs w:val="26"/>
        </w:rPr>
        <w:br/>
      </w:r>
      <w:r w:rsidRPr="00DF0041">
        <w:rPr>
          <w:rFonts w:asciiTheme="majorHAnsi" w:hAnsiTheme="majorHAnsi" w:cstheme="majorHAnsi"/>
          <w:b/>
          <w:bCs/>
          <w:sz w:val="26"/>
          <w:szCs w:val="26"/>
        </w:rPr>
        <w:br/>
      </w:r>
      <w:proofErr w:type="spellStart"/>
      <w:r w:rsidRPr="00DF0041">
        <w:rPr>
          <w:rFonts w:asciiTheme="majorHAnsi" w:hAnsiTheme="majorHAnsi" w:cstheme="majorHAnsi"/>
          <w:b/>
          <w:bCs/>
          <w:sz w:val="26"/>
          <w:szCs w:val="26"/>
        </w:rPr>
        <w:t>Gebed</w:t>
      </w:r>
      <w:proofErr w:type="spellEnd"/>
      <w:r w:rsidR="00B84701" w:rsidRPr="00DF0041">
        <w:rPr>
          <w:rFonts w:asciiTheme="majorHAnsi" w:hAnsiTheme="majorHAnsi" w:cstheme="majorHAnsi"/>
          <w:b/>
          <w:bCs/>
          <w:sz w:val="26"/>
          <w:szCs w:val="26"/>
        </w:rPr>
        <w:t xml:space="preserve"> </w:t>
      </w:r>
      <w:proofErr w:type="spellStart"/>
      <w:r w:rsidR="00B84701" w:rsidRPr="00DF0041">
        <w:rPr>
          <w:rFonts w:asciiTheme="majorHAnsi" w:hAnsiTheme="majorHAnsi" w:cstheme="majorHAnsi"/>
          <w:b/>
          <w:bCs/>
          <w:sz w:val="26"/>
          <w:szCs w:val="26"/>
        </w:rPr>
        <w:t>Froukina</w:t>
      </w:r>
      <w:proofErr w:type="spellEnd"/>
      <w:r w:rsidR="00B84701" w:rsidRPr="00DF0041">
        <w:rPr>
          <w:rFonts w:asciiTheme="majorHAnsi" w:hAnsiTheme="majorHAnsi" w:cstheme="majorHAnsi"/>
          <w:b/>
          <w:bCs/>
          <w:sz w:val="26"/>
          <w:szCs w:val="26"/>
        </w:rPr>
        <w:t xml:space="preserve"> Postma</w:t>
      </w:r>
      <w:r w:rsidR="00DF0041">
        <w:rPr>
          <w:rFonts w:asciiTheme="majorHAnsi" w:hAnsiTheme="majorHAnsi" w:cstheme="majorHAnsi"/>
          <w:sz w:val="26"/>
          <w:szCs w:val="26"/>
        </w:rPr>
        <w:br/>
      </w:r>
    </w:p>
    <w:p w14:paraId="6BD9071C" w14:textId="7984E2F7" w:rsidR="00436DB1" w:rsidRPr="00DF0041" w:rsidRDefault="00000000">
      <w:pPr>
        <w:keepLines/>
        <w:spacing w:after="40"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 xml:space="preserve">Opw 071 - Jezus leeft in eeuwigheid (ELB 411) </w:t>
      </w:r>
    </w:p>
    <w:p w14:paraId="0480CB9E" w14:textId="3EE609D2" w:rsidR="00436DB1" w:rsidRPr="00DF0041" w:rsidRDefault="00436DB1">
      <w:pPr>
        <w:keepLines/>
        <w:spacing w:before="120" w:after="40"/>
        <w:rPr>
          <w:rFonts w:asciiTheme="majorHAnsi" w:hAnsiTheme="majorHAnsi" w:cstheme="majorHAnsi"/>
          <w:sz w:val="26"/>
          <w:szCs w:val="26"/>
        </w:rPr>
      </w:pPr>
    </w:p>
    <w:p w14:paraId="5C10111D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Jezus leeft in eeuwigheid,</w:t>
      </w:r>
    </w:p>
    <w:p w14:paraId="6F6D5F85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zijn sjaloom wordt werkelijkheid.</w:t>
      </w:r>
    </w:p>
    <w:p w14:paraId="51F6774A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Alle dingen maakt Hij nieuw.</w:t>
      </w:r>
    </w:p>
    <w:p w14:paraId="774B2307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Hij is de Heer van mijn leven.</w:t>
      </w:r>
    </w:p>
    <w:p w14:paraId="188BB8E2" w14:textId="0AB2B6C1" w:rsidR="00436DB1" w:rsidRPr="00DF0041" w:rsidRDefault="00436DB1">
      <w:pPr>
        <w:keepLines/>
        <w:spacing w:before="120" w:after="40"/>
        <w:rPr>
          <w:rFonts w:asciiTheme="majorHAnsi" w:hAnsiTheme="majorHAnsi" w:cstheme="majorHAnsi"/>
          <w:sz w:val="26"/>
          <w:szCs w:val="26"/>
        </w:rPr>
      </w:pPr>
    </w:p>
    <w:p w14:paraId="43407AF6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Straks als er een nieuwe dag begint</w:t>
      </w:r>
    </w:p>
    <w:p w14:paraId="1BBA0670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het licht het van het duister wint,</w:t>
      </w:r>
    </w:p>
    <w:p w14:paraId="4A95ACB6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mag ik bij Hem binnengaan, voor zijn troon gaan staan,</w:t>
      </w:r>
    </w:p>
    <w:p w14:paraId="6B0F9A88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hef ik daar mijn loflied aan: </w:t>
      </w:r>
      <w:proofErr w:type="gram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. . . .</w:t>
      </w:r>
      <w:proofErr w:type="gramEnd"/>
    </w:p>
    <w:p w14:paraId="50A83A22" w14:textId="728F37AA" w:rsidR="00436DB1" w:rsidRPr="00DF0041" w:rsidRDefault="00436DB1">
      <w:pPr>
        <w:keepLines/>
        <w:spacing w:before="120" w:after="40"/>
        <w:rPr>
          <w:rFonts w:asciiTheme="majorHAnsi" w:hAnsiTheme="majorHAnsi" w:cstheme="majorHAnsi"/>
          <w:sz w:val="26"/>
          <w:szCs w:val="26"/>
        </w:rPr>
      </w:pPr>
    </w:p>
    <w:p w14:paraId="60CB0563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Jezus leeft in eeuwigheid,</w:t>
      </w:r>
    </w:p>
    <w:p w14:paraId="679A9B67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zijn sjaloom wordt werkelijkheid.</w:t>
      </w:r>
    </w:p>
    <w:p w14:paraId="3148A299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Alle dingen maakt Hij nieuw.</w:t>
      </w:r>
    </w:p>
    <w:p w14:paraId="4A929BCD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Hij is de Heer van mijn leven.</w:t>
      </w:r>
    </w:p>
    <w:p w14:paraId="756FE79A" w14:textId="2D058972" w:rsidR="00436DB1" w:rsidRPr="00DF0041" w:rsidRDefault="00436DB1">
      <w:pPr>
        <w:keepLines/>
        <w:spacing w:before="120" w:after="40"/>
        <w:rPr>
          <w:rFonts w:asciiTheme="majorHAnsi" w:hAnsiTheme="majorHAnsi" w:cstheme="majorHAnsi"/>
          <w:sz w:val="26"/>
          <w:szCs w:val="26"/>
        </w:rPr>
      </w:pPr>
    </w:p>
    <w:p w14:paraId="611500DF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Straks wanneer de grote dag begint,</w:t>
      </w:r>
    </w:p>
    <w:p w14:paraId="7DCF43A6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het licht voor altijd overwint.</w:t>
      </w:r>
    </w:p>
    <w:p w14:paraId="136332F0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Zal de hemel opengaan, komt de Heer er aan,</w:t>
      </w:r>
    </w:p>
    <w:p w14:paraId="5FA5EFEF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heffen wij dit loflied aan: </w:t>
      </w:r>
      <w:proofErr w:type="gram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. . . .</w:t>
      </w:r>
      <w:proofErr w:type="gramEnd"/>
    </w:p>
    <w:p w14:paraId="7BF2A05A" w14:textId="1928DACF" w:rsidR="00436DB1" w:rsidRPr="00DF0041" w:rsidRDefault="00436DB1">
      <w:pPr>
        <w:keepLines/>
        <w:spacing w:before="120" w:after="40"/>
        <w:rPr>
          <w:rFonts w:asciiTheme="majorHAnsi" w:hAnsiTheme="majorHAnsi" w:cstheme="majorHAnsi"/>
          <w:sz w:val="26"/>
          <w:szCs w:val="26"/>
        </w:rPr>
      </w:pPr>
    </w:p>
    <w:p w14:paraId="25FE988E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Jezus leeft in eeuwigheid,</w:t>
      </w:r>
    </w:p>
    <w:p w14:paraId="332F3CCE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zijn sjaloom wordt werkelijkheid.</w:t>
      </w:r>
    </w:p>
    <w:p w14:paraId="363C6DAC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Alle dingen maakt Hij nieuw.</w:t>
      </w:r>
    </w:p>
    <w:p w14:paraId="47483A39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Hij is de Heer van mijn leven.</w:t>
      </w:r>
    </w:p>
    <w:p w14:paraId="4CC598E3" w14:textId="01C44CDB" w:rsidR="00436DB1" w:rsidRPr="00DF0041" w:rsidRDefault="00F55F52">
      <w:pPr>
        <w:keepLines/>
        <w:spacing w:after="40"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646A6E"/>
          <w:sz w:val="26"/>
          <w:szCs w:val="26"/>
        </w:rPr>
        <w:br/>
      </w:r>
      <w:proofErr w:type="spellStart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>Opw</w:t>
      </w:r>
      <w:proofErr w:type="spellEnd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 xml:space="preserve"> 609 - U bent heilig </w:t>
      </w:r>
    </w:p>
    <w:p w14:paraId="5556EF67" w14:textId="0A7FBC71" w:rsidR="00436DB1" w:rsidRPr="00DF0041" w:rsidRDefault="00F55F52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br/>
        <w:t xml:space="preserve">U bent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heilig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(U bent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heilig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>)</w:t>
      </w:r>
    </w:p>
    <w:p w14:paraId="032B12BF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U bent machtig (U bent machtig)</w:t>
      </w:r>
    </w:p>
    <w:p w14:paraId="267AD213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U bent waardig (U bent waardig)</w:t>
      </w:r>
    </w:p>
    <w:p w14:paraId="50D9EE95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lastRenderedPageBreak/>
        <w:t>Eer en ontzag (eer en ontzag)</w:t>
      </w:r>
    </w:p>
    <w:p w14:paraId="53A2A624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wil volgen (ik wil volgen)</w:t>
      </w:r>
    </w:p>
    <w:p w14:paraId="21CC8F04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wil luist’ren (ik wil luist’ren)</w:t>
      </w:r>
    </w:p>
    <w:p w14:paraId="3F97616C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Van U houden (van U houden)</w:t>
      </w:r>
    </w:p>
    <w:p w14:paraId="2D814553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Iedere dag (iedere dag)</w:t>
      </w:r>
    </w:p>
    <w:p w14:paraId="2B21618D" w14:textId="77777777" w:rsidR="00F55F52" w:rsidRPr="00DF0041" w:rsidRDefault="00F55F52">
      <w:pPr>
        <w:keepLines/>
        <w:rPr>
          <w:rFonts w:asciiTheme="majorHAnsi" w:hAnsiTheme="majorHAnsi" w:cstheme="majorHAnsi"/>
          <w:b/>
          <w:color w:val="A66F28"/>
          <w:sz w:val="26"/>
          <w:szCs w:val="26"/>
        </w:rPr>
      </w:pPr>
    </w:p>
    <w:p w14:paraId="597D75E2" w14:textId="616CEF33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Ik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wil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zingen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en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juichen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>;</w:t>
      </w:r>
    </w:p>
    <w:p w14:paraId="3D204FF2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(U die Koning bent en de hoogste Heer,)</w:t>
      </w:r>
    </w:p>
    <w:p w14:paraId="1BA7BF86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in aanbidding mij buigen.</w:t>
      </w:r>
    </w:p>
    <w:p w14:paraId="0D6B2B89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(U de Machtige kwam op aarde neer.)</w:t>
      </w:r>
    </w:p>
    <w:p w14:paraId="6371CE8E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U de Heer aller heren,</w:t>
      </w:r>
    </w:p>
    <w:p w14:paraId="200E08BC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(Als Immanuël, 'God zal met ons zijn',)</w:t>
      </w:r>
    </w:p>
    <w:p w14:paraId="5571E465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U mijn God wil ik eren.</w:t>
      </w:r>
    </w:p>
    <w:p w14:paraId="0D53D734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(</w:t>
      </w:r>
      <w:proofErr w:type="gram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als</w:t>
      </w:r>
      <w:proofErr w:type="gram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het Lam van God, zo volmaakt en rein.)</w:t>
      </w:r>
    </w:p>
    <w:p w14:paraId="64739791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wil zingen en juichen;</w:t>
      </w:r>
    </w:p>
    <w:p w14:paraId="418A7FED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(U die leven geeft, mij bevrijding bracht)</w:t>
      </w:r>
    </w:p>
    <w:p w14:paraId="795A704D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in aanbidding mij buigen.</w:t>
      </w:r>
    </w:p>
    <w:p w14:paraId="1D932592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(</w:t>
      </w:r>
      <w:proofErr w:type="gram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en</w:t>
      </w:r>
      <w:proofErr w:type="gram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voor eeuwig leeft, U hebt alle macht.)</w:t>
      </w:r>
    </w:p>
    <w:p w14:paraId="31152596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U de Heer aller heren,</w:t>
      </w:r>
    </w:p>
    <w:p w14:paraId="134FB347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(U de alfa, omega, eens zal ik U zien;)</w:t>
      </w:r>
    </w:p>
    <w:p w14:paraId="739D5EB7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U mijn God wil ik eren.</w:t>
      </w:r>
    </w:p>
    <w:p w14:paraId="77478DF6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(U, mijn Meester, Messias Verlosser en Vriend.)</w:t>
      </w:r>
    </w:p>
    <w:p w14:paraId="629B2E0F" w14:textId="77777777" w:rsidR="00F55F52" w:rsidRPr="00DF0041" w:rsidRDefault="00F55F52">
      <w:pPr>
        <w:keepLines/>
        <w:rPr>
          <w:rFonts w:asciiTheme="majorHAnsi" w:hAnsiTheme="majorHAnsi" w:cstheme="majorHAnsi"/>
          <w:b/>
          <w:color w:val="A66F28"/>
          <w:sz w:val="26"/>
          <w:szCs w:val="26"/>
        </w:rPr>
      </w:pPr>
    </w:p>
    <w:p w14:paraId="0C8EDC3E" w14:textId="3AA838E3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U bent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mijn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Vredevorst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en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ik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leef alleen voor U.</w:t>
      </w:r>
    </w:p>
    <w:p w14:paraId="00BA4626" w14:textId="77777777" w:rsidR="00F55F52" w:rsidRPr="00DF0041" w:rsidRDefault="00F55F52">
      <w:pPr>
        <w:keepLines/>
        <w:rPr>
          <w:rFonts w:asciiTheme="majorHAnsi" w:hAnsiTheme="majorHAnsi" w:cstheme="majorHAnsi"/>
          <w:b/>
          <w:color w:val="A66F28"/>
          <w:sz w:val="26"/>
          <w:szCs w:val="26"/>
        </w:rPr>
      </w:pPr>
    </w:p>
    <w:p w14:paraId="2FD8E237" w14:textId="7642EE3B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U bent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heilig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(U bent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heilig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>)</w:t>
      </w:r>
    </w:p>
    <w:p w14:paraId="2E6B1E1D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U bent machtig (U bent machtig)</w:t>
      </w:r>
    </w:p>
    <w:p w14:paraId="5E6F18F9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U bent waardig (U bent waardig)</w:t>
      </w:r>
    </w:p>
    <w:p w14:paraId="671DEB83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Eer en ontzag (eer en ontzag)</w:t>
      </w:r>
    </w:p>
    <w:p w14:paraId="5CDC9007" w14:textId="48DFB002" w:rsidR="00436DB1" w:rsidRPr="00DF0041" w:rsidRDefault="00F55F52" w:rsidP="00B84701">
      <w:pPr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br/>
        <w:t xml:space="preserve">Ik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wil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volgen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(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ik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wil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volgen)</w:t>
      </w:r>
    </w:p>
    <w:p w14:paraId="148E3423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wil luist’ren (ik wil luist’ren)</w:t>
      </w:r>
    </w:p>
    <w:p w14:paraId="2E72E328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Van U houden (van U houden)</w:t>
      </w:r>
    </w:p>
    <w:p w14:paraId="0881311A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Iedere dag (iedere dag)</w:t>
      </w:r>
    </w:p>
    <w:p w14:paraId="06B6E5A4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Ik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wil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zingen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en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juichen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>;</w:t>
      </w:r>
    </w:p>
    <w:p w14:paraId="31946E8A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(U die Koning bent en de hoogste Heer,)</w:t>
      </w:r>
    </w:p>
    <w:p w14:paraId="2661732F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in aanbidding mij buigen.</w:t>
      </w:r>
    </w:p>
    <w:p w14:paraId="038C9DC1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(U de Machtige kwam op aarde neer.)</w:t>
      </w:r>
    </w:p>
    <w:p w14:paraId="448CBA1F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U de Heer aller heren,</w:t>
      </w:r>
    </w:p>
    <w:p w14:paraId="65CD1C43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(Als Immanuël, 'God zal met ons zijn',)</w:t>
      </w:r>
    </w:p>
    <w:p w14:paraId="08C230DA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U mijn God wil ik eren.</w:t>
      </w:r>
    </w:p>
    <w:p w14:paraId="1CD8CE00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lastRenderedPageBreak/>
        <w:t>(</w:t>
      </w:r>
      <w:proofErr w:type="gram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als</w:t>
      </w:r>
      <w:proofErr w:type="gram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het Lam van God, zo volmaakt en rein.)</w:t>
      </w:r>
    </w:p>
    <w:p w14:paraId="44638F52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wil zingen en juichen;</w:t>
      </w:r>
    </w:p>
    <w:p w14:paraId="3A7E14E8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(U die leven geeft, mij bevrijding bracht)</w:t>
      </w:r>
    </w:p>
    <w:p w14:paraId="11F4D323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in aanbidding mij buigen.</w:t>
      </w:r>
    </w:p>
    <w:p w14:paraId="7854AACC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(</w:t>
      </w:r>
      <w:proofErr w:type="gram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en</w:t>
      </w:r>
      <w:proofErr w:type="gram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voor eeuwig leeft, U hebt alle macht.)</w:t>
      </w:r>
    </w:p>
    <w:p w14:paraId="63294014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U de Heer aller heren,</w:t>
      </w:r>
    </w:p>
    <w:p w14:paraId="408C35BA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(U de alfa, omega, eens zal ik U zien;)</w:t>
      </w:r>
    </w:p>
    <w:p w14:paraId="5DF60114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U mijn God wil ik eren.</w:t>
      </w:r>
    </w:p>
    <w:p w14:paraId="4194344E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(U, mijn Meester, Messias Verlosser en Vriend.)</w:t>
      </w:r>
    </w:p>
    <w:p w14:paraId="6341417B" w14:textId="77777777" w:rsidR="00F55F52" w:rsidRPr="00DF0041" w:rsidRDefault="00F55F52">
      <w:pPr>
        <w:keepLines/>
        <w:rPr>
          <w:rFonts w:asciiTheme="majorHAnsi" w:hAnsiTheme="majorHAnsi" w:cstheme="majorHAnsi"/>
          <w:color w:val="141414"/>
          <w:sz w:val="26"/>
          <w:szCs w:val="26"/>
        </w:rPr>
      </w:pPr>
    </w:p>
    <w:p w14:paraId="4DB009B2" w14:textId="0AC283A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U bent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mijn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Vredevorst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en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ik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leef alleen voor U.</w:t>
      </w:r>
    </w:p>
    <w:p w14:paraId="392420C7" w14:textId="77777777" w:rsidR="00F55F52" w:rsidRPr="00DF0041" w:rsidRDefault="00F55F52">
      <w:pPr>
        <w:keepLines/>
        <w:rPr>
          <w:rFonts w:asciiTheme="majorHAnsi" w:hAnsiTheme="majorHAnsi" w:cstheme="majorHAnsi"/>
          <w:b/>
          <w:color w:val="A66F28"/>
          <w:sz w:val="26"/>
          <w:szCs w:val="26"/>
        </w:rPr>
      </w:pPr>
    </w:p>
    <w:p w14:paraId="05E806C2" w14:textId="597A0524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U bent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mijn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Vredevorst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en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ik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leef alleen voor U.</w:t>
      </w:r>
    </w:p>
    <w:p w14:paraId="31580423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U bent mijn Vredevorst en ik leef alleen voor U.</w:t>
      </w:r>
    </w:p>
    <w:p w14:paraId="3C7F5C9B" w14:textId="189A9C02" w:rsidR="00436DB1" w:rsidRPr="00DF0041" w:rsidRDefault="00DF0041" w:rsidP="00DF0041">
      <w:pPr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br/>
        <w:t>H</w:t>
      </w:r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 xml:space="preserve">art van </w:t>
      </w:r>
      <w:proofErr w:type="spellStart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>aanbidding</w:t>
      </w:r>
      <w:proofErr w:type="spellEnd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 xml:space="preserve"> </w:t>
      </w:r>
    </w:p>
    <w:p w14:paraId="176A2495" w14:textId="77777777" w:rsidR="00F55F52" w:rsidRPr="00DF0041" w:rsidRDefault="00F55F52">
      <w:pPr>
        <w:keepLines/>
        <w:rPr>
          <w:rFonts w:asciiTheme="majorHAnsi" w:hAnsiTheme="majorHAnsi" w:cstheme="majorHAnsi"/>
          <w:i/>
          <w:color w:val="646A6E"/>
          <w:sz w:val="26"/>
          <w:szCs w:val="26"/>
        </w:rPr>
      </w:pPr>
    </w:p>
    <w:p w14:paraId="1669D528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Dan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kom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ik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bij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U</w:t>
      </w:r>
    </w:p>
    <w:p w14:paraId="75232357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Met mijn grootste wens, iets te geven Heer</w:t>
      </w:r>
    </w:p>
    <w:p w14:paraId="600FA934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Waar U blij mee bent</w:t>
      </w:r>
    </w:p>
    <w:p w14:paraId="185876D8" w14:textId="5E0A1383" w:rsidR="00436DB1" w:rsidRPr="00DF0041" w:rsidRDefault="00F55F52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br/>
        <w:t xml:space="preserve">Ik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geef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U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meer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dan een lied</w:t>
      </w:r>
    </w:p>
    <w:p w14:paraId="14D407C6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Want een lied op zichzelf is niet waar U naar verlangt</w:t>
      </w:r>
    </w:p>
    <w:p w14:paraId="253AFF76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U kijkt veel dieper in mij</w:t>
      </w:r>
    </w:p>
    <w:p w14:paraId="6367251C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Door de buitenkant heen</w:t>
      </w:r>
    </w:p>
    <w:p w14:paraId="07079BCF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doorgrondt het diepst van mijn hart</w:t>
      </w:r>
    </w:p>
    <w:p w14:paraId="49F1189C" w14:textId="2532123E" w:rsidR="00436DB1" w:rsidRPr="00DF0041" w:rsidRDefault="00436DB1">
      <w:pPr>
        <w:keepLines/>
        <w:spacing w:before="120" w:after="40"/>
        <w:rPr>
          <w:rFonts w:asciiTheme="majorHAnsi" w:hAnsiTheme="majorHAnsi" w:cstheme="majorHAnsi"/>
          <w:sz w:val="26"/>
          <w:szCs w:val="26"/>
        </w:rPr>
      </w:pPr>
    </w:p>
    <w:p w14:paraId="4149EC4B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wil terug naar het hart van aanbidding</w:t>
      </w:r>
    </w:p>
    <w:p w14:paraId="4BFAC7FF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dan gaat het om U om U alleen Jezus</w:t>
      </w:r>
    </w:p>
    <w:p w14:paraId="6ED757CD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heb zo’n spijt van hoe ik er mee om ging</w:t>
      </w:r>
    </w:p>
    <w:p w14:paraId="56504F54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Want het gaat toch om U om U alleen Jezus</w:t>
      </w:r>
    </w:p>
    <w:p w14:paraId="62002D18" w14:textId="7B0DB71F" w:rsidR="00436DB1" w:rsidRPr="00DF0041" w:rsidRDefault="00436DB1">
      <w:pPr>
        <w:keepLines/>
        <w:rPr>
          <w:rFonts w:asciiTheme="majorHAnsi" w:hAnsiTheme="majorHAnsi" w:cstheme="majorHAnsi"/>
          <w:sz w:val="26"/>
          <w:szCs w:val="26"/>
        </w:rPr>
      </w:pPr>
    </w:p>
    <w:p w14:paraId="3BCEDAEB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Onvolprezen Heer U bent zo veel meer</w:t>
      </w:r>
    </w:p>
    <w:p w14:paraId="09B1441D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Dan ik zeggen kan</w:t>
      </w:r>
    </w:p>
    <w:p w14:paraId="708EBEBC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Maar al ben ik zwak alles wat ik heb</w:t>
      </w:r>
    </w:p>
    <w:p w14:paraId="2F3826F6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Leg ik voor U neer</w:t>
      </w:r>
    </w:p>
    <w:p w14:paraId="183B7E2A" w14:textId="740A34B0" w:rsidR="00436DB1" w:rsidRPr="00DF0041" w:rsidRDefault="00436DB1">
      <w:pPr>
        <w:keepLines/>
        <w:spacing w:before="120" w:after="40"/>
        <w:rPr>
          <w:rFonts w:asciiTheme="majorHAnsi" w:hAnsiTheme="majorHAnsi" w:cstheme="majorHAnsi"/>
          <w:sz w:val="26"/>
          <w:szCs w:val="26"/>
        </w:rPr>
      </w:pPr>
    </w:p>
    <w:p w14:paraId="3D63E015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geef U meer dan een lied</w:t>
      </w:r>
    </w:p>
    <w:p w14:paraId="3B9862C4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Want een lied op zichzelf is niet waar U naar verlangt</w:t>
      </w:r>
    </w:p>
    <w:p w14:paraId="6011CA93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U kijkt veel dieper in mij</w:t>
      </w:r>
    </w:p>
    <w:p w14:paraId="25954D49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Door de buitenkant heen</w:t>
      </w:r>
    </w:p>
    <w:p w14:paraId="6BC2A1DD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lastRenderedPageBreak/>
        <w:t>doorgrondt het diepst van mijn hart</w:t>
      </w:r>
    </w:p>
    <w:p w14:paraId="24C88BE8" w14:textId="6FFDF4AD" w:rsidR="00436DB1" w:rsidRPr="00DF0041" w:rsidRDefault="00436DB1">
      <w:pPr>
        <w:keepLines/>
        <w:spacing w:before="120" w:after="40"/>
        <w:rPr>
          <w:rFonts w:asciiTheme="majorHAnsi" w:hAnsiTheme="majorHAnsi" w:cstheme="majorHAnsi"/>
          <w:sz w:val="26"/>
          <w:szCs w:val="26"/>
        </w:rPr>
      </w:pPr>
    </w:p>
    <w:p w14:paraId="3CABF70F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wil terug naar het hart van aanbidding</w:t>
      </w:r>
    </w:p>
    <w:p w14:paraId="2C31C1A2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dan gaat het om U om U alleen Jezus</w:t>
      </w:r>
    </w:p>
    <w:p w14:paraId="0BDE2CC3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heb zo’n spijt van hoe ik er mee om ging</w:t>
      </w:r>
    </w:p>
    <w:p w14:paraId="6567DE33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Want het gaat toch om U om U alleen Jezus</w:t>
      </w:r>
    </w:p>
    <w:p w14:paraId="5CC42E8E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wil terug naar het hart van aanbidding</w:t>
      </w:r>
    </w:p>
    <w:p w14:paraId="6D3AEA3B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dan gaat het om U om U alleen Jezus</w:t>
      </w:r>
    </w:p>
    <w:p w14:paraId="0838C1D0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heb zo’n spijt van hoe ik er mee om ging</w:t>
      </w:r>
    </w:p>
    <w:p w14:paraId="046FFD17" w14:textId="7423CF98" w:rsidR="00436DB1" w:rsidRPr="00DF0041" w:rsidRDefault="00000000">
      <w:pPr>
        <w:keepLines/>
        <w:rPr>
          <w:rFonts w:asciiTheme="majorHAnsi" w:hAnsiTheme="majorHAnsi" w:cstheme="majorHAnsi"/>
          <w:b/>
          <w:bCs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Want het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gaat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toch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om U om U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alleen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Jezus</w:t>
      </w:r>
      <w:r w:rsidR="00F55F52" w:rsidRPr="00DF0041">
        <w:rPr>
          <w:rFonts w:asciiTheme="majorHAnsi" w:hAnsiTheme="majorHAnsi" w:cstheme="majorHAnsi"/>
          <w:color w:val="141414"/>
          <w:sz w:val="26"/>
          <w:szCs w:val="26"/>
        </w:rPr>
        <w:br/>
      </w:r>
      <w:r w:rsidR="00F55F52" w:rsidRPr="00DF0041">
        <w:rPr>
          <w:rFonts w:asciiTheme="majorHAnsi" w:hAnsiTheme="majorHAnsi" w:cstheme="majorHAnsi"/>
          <w:color w:val="141414"/>
          <w:sz w:val="26"/>
          <w:szCs w:val="26"/>
        </w:rPr>
        <w:br/>
      </w:r>
      <w:proofErr w:type="spellStart"/>
      <w:r w:rsidR="00F55F52" w:rsidRPr="00DF0041">
        <w:rPr>
          <w:rFonts w:asciiTheme="majorHAnsi" w:hAnsiTheme="majorHAnsi" w:cstheme="majorHAnsi"/>
          <w:b/>
          <w:bCs/>
          <w:color w:val="141414"/>
          <w:sz w:val="26"/>
          <w:szCs w:val="26"/>
        </w:rPr>
        <w:t>Schriftlezing</w:t>
      </w:r>
      <w:proofErr w:type="spellEnd"/>
      <w:r w:rsidR="00B84701" w:rsidRPr="00DF0041">
        <w:rPr>
          <w:rFonts w:asciiTheme="majorHAnsi" w:hAnsiTheme="majorHAnsi" w:cstheme="majorHAnsi"/>
          <w:b/>
          <w:bCs/>
          <w:color w:val="141414"/>
          <w:sz w:val="26"/>
          <w:szCs w:val="26"/>
        </w:rPr>
        <w:br/>
        <w:t>Joh 7: 37-39</w:t>
      </w:r>
      <w:r w:rsidR="00F55F52" w:rsidRPr="00DF0041">
        <w:rPr>
          <w:rFonts w:asciiTheme="majorHAnsi" w:hAnsiTheme="majorHAnsi" w:cstheme="majorHAnsi"/>
          <w:b/>
          <w:bCs/>
          <w:color w:val="141414"/>
          <w:sz w:val="26"/>
          <w:szCs w:val="26"/>
        </w:rPr>
        <w:br/>
      </w:r>
      <w:r w:rsidR="00F55F52" w:rsidRPr="00DF0041">
        <w:rPr>
          <w:rFonts w:asciiTheme="majorHAnsi" w:hAnsiTheme="majorHAnsi" w:cstheme="majorHAnsi"/>
          <w:b/>
          <w:bCs/>
          <w:color w:val="141414"/>
          <w:sz w:val="26"/>
          <w:szCs w:val="26"/>
        </w:rPr>
        <w:br/>
      </w:r>
      <w:proofErr w:type="spellStart"/>
      <w:r w:rsidR="00F55F52" w:rsidRPr="00DF0041">
        <w:rPr>
          <w:rFonts w:asciiTheme="majorHAnsi" w:hAnsiTheme="majorHAnsi" w:cstheme="majorHAnsi"/>
          <w:b/>
          <w:bCs/>
          <w:color w:val="141414"/>
          <w:sz w:val="26"/>
          <w:szCs w:val="26"/>
        </w:rPr>
        <w:t>Overdenking</w:t>
      </w:r>
      <w:proofErr w:type="spellEnd"/>
    </w:p>
    <w:p w14:paraId="2134E008" w14:textId="48DBF6EE" w:rsidR="00436DB1" w:rsidRPr="00DF0041" w:rsidRDefault="00DF0041" w:rsidP="00DF0041">
      <w:pPr>
        <w:keepLines/>
        <w:spacing w:before="60" w:after="0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br/>
      </w:r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 xml:space="preserve">Armen </w:t>
      </w:r>
      <w:proofErr w:type="spellStart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>naar</w:t>
      </w:r>
      <w:proofErr w:type="spellEnd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>omhoog</w:t>
      </w:r>
      <w:proofErr w:type="spellEnd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 xml:space="preserve"> </w:t>
      </w:r>
    </w:p>
    <w:p w14:paraId="76E7F644" w14:textId="77777777" w:rsidR="00F55F52" w:rsidRPr="00DF0041" w:rsidRDefault="00F55F52">
      <w:pPr>
        <w:keepLines/>
        <w:rPr>
          <w:rFonts w:asciiTheme="majorHAnsi" w:hAnsiTheme="majorHAnsi" w:cstheme="majorHAnsi"/>
          <w:i/>
          <w:color w:val="646A6E"/>
          <w:sz w:val="26"/>
          <w:szCs w:val="26"/>
        </w:rPr>
      </w:pPr>
    </w:p>
    <w:p w14:paraId="6265844A" w14:textId="1C40A433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God U bent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mijn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God</w:t>
      </w:r>
    </w:p>
    <w:p w14:paraId="6B90E6E4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ik houd van U</w:t>
      </w:r>
    </w:p>
    <w:p w14:paraId="30F6BB21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Het is uw liefde die mij heeft gered</w:t>
      </w:r>
    </w:p>
    <w:p w14:paraId="0475B609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God U bent mijn God</w:t>
      </w:r>
    </w:p>
    <w:p w14:paraId="32D530F7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ik volg U</w:t>
      </w:r>
    </w:p>
    <w:p w14:paraId="37C44853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In alle seizoenen kijk ik steeds naar U</w:t>
      </w:r>
    </w:p>
    <w:p w14:paraId="001774C5" w14:textId="4D4966F2" w:rsidR="00436DB1" w:rsidRPr="00DF0041" w:rsidRDefault="00436DB1">
      <w:pPr>
        <w:keepLines/>
        <w:rPr>
          <w:rFonts w:asciiTheme="majorHAnsi" w:hAnsiTheme="majorHAnsi" w:cstheme="majorHAnsi"/>
          <w:sz w:val="26"/>
          <w:szCs w:val="26"/>
        </w:rPr>
      </w:pPr>
    </w:p>
    <w:p w14:paraId="1EE74A2A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U bent de reden</w:t>
      </w:r>
    </w:p>
    <w:p w14:paraId="2A14E143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Waarom ik hier ben</w:t>
      </w:r>
    </w:p>
    <w:p w14:paraId="7E128AB2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Aan U wil ik mij geven</w:t>
      </w:r>
    </w:p>
    <w:p w14:paraId="285FDA2F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Met alles wat ik heb</w:t>
      </w:r>
    </w:p>
    <w:p w14:paraId="0041F8F2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U verdient mijn leven</w:t>
      </w:r>
    </w:p>
    <w:p w14:paraId="7DF81468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Mijn hart en mijn ziel</w:t>
      </w:r>
    </w:p>
    <w:p w14:paraId="3133D856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Aan U wil ik mij geven</w:t>
      </w:r>
    </w:p>
    <w:p w14:paraId="2CFF3B87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Steeds </w:t>
      </w:r>
      <w:proofErr w:type="gram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weer</w:t>
      </w:r>
      <w:proofErr w:type="gram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opnieuw</w:t>
      </w:r>
    </w:p>
    <w:p w14:paraId="569B6D2D" w14:textId="045EF7DB" w:rsidR="00436DB1" w:rsidRPr="00DF0041" w:rsidRDefault="00436DB1">
      <w:pPr>
        <w:keepLines/>
        <w:rPr>
          <w:rFonts w:asciiTheme="majorHAnsi" w:hAnsiTheme="majorHAnsi" w:cstheme="majorHAnsi"/>
          <w:sz w:val="26"/>
          <w:szCs w:val="26"/>
        </w:rPr>
      </w:pPr>
    </w:p>
    <w:p w14:paraId="23B84DF6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Dus met armen naar omhoog geheven</w:t>
      </w:r>
    </w:p>
    <w:p w14:paraId="70939E72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Geef ik U mijn leven, Je - zus</w:t>
      </w:r>
    </w:p>
    <w:p w14:paraId="6A327193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Dat alleen U in mij zult wonen</w:t>
      </w:r>
    </w:p>
    <w:p w14:paraId="2C3BFF7A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Uw geest zal stromen, Je - zus</w:t>
      </w:r>
    </w:p>
    <w:p w14:paraId="594B8468" w14:textId="234F3DA2" w:rsidR="00436DB1" w:rsidRPr="00DF0041" w:rsidRDefault="00436DB1">
      <w:pPr>
        <w:keepLines/>
        <w:rPr>
          <w:rFonts w:asciiTheme="majorHAnsi" w:hAnsiTheme="majorHAnsi" w:cstheme="majorHAnsi"/>
          <w:sz w:val="26"/>
          <w:szCs w:val="26"/>
        </w:rPr>
      </w:pPr>
    </w:p>
    <w:p w14:paraId="41236173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God U bent mijn God</w:t>
      </w:r>
    </w:p>
    <w:p w14:paraId="055E4030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vertrouw op U</w:t>
      </w:r>
    </w:p>
    <w:p w14:paraId="0BD128E3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U bent een anker in elke storm</w:t>
      </w:r>
    </w:p>
    <w:p w14:paraId="721A4FD3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lastRenderedPageBreak/>
        <w:t>God U bent mijn God</w:t>
      </w:r>
    </w:p>
    <w:p w14:paraId="767536CD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ik ben Uw kind</w:t>
      </w:r>
    </w:p>
    <w:p w14:paraId="09C45F12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U bent een vader die mij nooit verlaat</w:t>
      </w:r>
    </w:p>
    <w:p w14:paraId="4D7FEE1C" w14:textId="0BFC3517" w:rsidR="00436DB1" w:rsidRPr="00DF0041" w:rsidRDefault="00436DB1">
      <w:pPr>
        <w:keepLines/>
        <w:rPr>
          <w:rFonts w:asciiTheme="majorHAnsi" w:hAnsiTheme="majorHAnsi" w:cstheme="majorHAnsi"/>
          <w:sz w:val="26"/>
          <w:szCs w:val="26"/>
        </w:rPr>
      </w:pPr>
    </w:p>
    <w:p w14:paraId="3FDE8755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U bent de reden</w:t>
      </w:r>
    </w:p>
    <w:p w14:paraId="56FA9594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Waarom ik hier ben</w:t>
      </w:r>
    </w:p>
    <w:p w14:paraId="66493677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Aan U wil ik mij geven</w:t>
      </w:r>
    </w:p>
    <w:p w14:paraId="21BB5C0F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Met alles wat ik heb</w:t>
      </w:r>
    </w:p>
    <w:p w14:paraId="2BC76359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U verdient mijn leven</w:t>
      </w:r>
    </w:p>
    <w:p w14:paraId="1B3B1424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Mijn hart en mijn ziel</w:t>
      </w:r>
    </w:p>
    <w:p w14:paraId="44807581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Aan U wil ik mij geven</w:t>
      </w:r>
    </w:p>
    <w:p w14:paraId="0F28BA32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Steeds </w:t>
      </w:r>
      <w:proofErr w:type="gram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weer</w:t>
      </w:r>
      <w:proofErr w:type="gram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opnieuw</w:t>
      </w:r>
    </w:p>
    <w:p w14:paraId="559AC7DD" w14:textId="4375E3BE" w:rsidR="00F55F52" w:rsidRPr="00DF0041" w:rsidRDefault="00F55F52" w:rsidP="00F55F52">
      <w:pPr>
        <w:rPr>
          <w:rFonts w:asciiTheme="majorHAnsi" w:hAnsiTheme="majorHAnsi" w:cstheme="majorHAnsi"/>
          <w:sz w:val="26"/>
          <w:szCs w:val="26"/>
        </w:rPr>
      </w:pPr>
    </w:p>
    <w:p w14:paraId="2FB2F450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Dus met armen naar omhoog geheven</w:t>
      </w:r>
    </w:p>
    <w:p w14:paraId="7F53659E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Geef ik U mijn leven, Je - zus</w:t>
      </w:r>
    </w:p>
    <w:p w14:paraId="3D6E6652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Dat alleen U in mij zult wonen</w:t>
      </w:r>
    </w:p>
    <w:p w14:paraId="4F581E72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Uw geest zal stromen, Je - zus</w:t>
      </w:r>
    </w:p>
    <w:p w14:paraId="19376C8A" w14:textId="77777777" w:rsidR="00675BC9" w:rsidRPr="00DF0041" w:rsidRDefault="00675BC9">
      <w:pPr>
        <w:keepLines/>
        <w:rPr>
          <w:rFonts w:asciiTheme="majorHAnsi" w:hAnsiTheme="majorHAnsi" w:cstheme="majorHAnsi"/>
          <w:color w:val="141414"/>
          <w:sz w:val="26"/>
          <w:szCs w:val="26"/>
        </w:rPr>
      </w:pPr>
    </w:p>
    <w:p w14:paraId="246C7D47" w14:textId="4985486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Je -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zus</w:t>
      </w:r>
      <w:proofErr w:type="spellEnd"/>
    </w:p>
    <w:p w14:paraId="710EC7D6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Je -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zus</w:t>
      </w:r>
      <w:proofErr w:type="spellEnd"/>
    </w:p>
    <w:p w14:paraId="37E42495" w14:textId="77777777" w:rsidR="00675BC9" w:rsidRPr="00DF0041" w:rsidRDefault="00675BC9">
      <w:pPr>
        <w:keepLines/>
        <w:rPr>
          <w:rFonts w:asciiTheme="majorHAnsi" w:hAnsiTheme="majorHAnsi" w:cstheme="majorHAnsi"/>
          <w:color w:val="141414"/>
          <w:sz w:val="26"/>
          <w:szCs w:val="26"/>
        </w:rPr>
      </w:pPr>
    </w:p>
    <w:p w14:paraId="5011B374" w14:textId="7E4BAACB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U bent de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reden</w:t>
      </w:r>
      <w:proofErr w:type="spellEnd"/>
    </w:p>
    <w:p w14:paraId="521E459A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Waarom ik hier ben</w:t>
      </w:r>
    </w:p>
    <w:p w14:paraId="6E610454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Aan U wil ik mij geven</w:t>
      </w:r>
    </w:p>
    <w:p w14:paraId="1AEFED20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Met alles wat ik heb</w:t>
      </w:r>
    </w:p>
    <w:p w14:paraId="0168999A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U verdient mijn leven</w:t>
      </w:r>
    </w:p>
    <w:p w14:paraId="24D96C88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Mijn hart en mijn ziel</w:t>
      </w:r>
    </w:p>
    <w:p w14:paraId="4425711A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Aan U wil ik mij geven</w:t>
      </w:r>
    </w:p>
    <w:p w14:paraId="6B70D3AA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Steeds </w:t>
      </w:r>
      <w:proofErr w:type="gram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weer</w:t>
      </w:r>
      <w:proofErr w:type="gram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opnieuw</w:t>
      </w:r>
    </w:p>
    <w:p w14:paraId="5CDA1313" w14:textId="77777777" w:rsidR="00675BC9" w:rsidRPr="00DF0041" w:rsidRDefault="00675BC9">
      <w:pPr>
        <w:keepLines/>
        <w:rPr>
          <w:rFonts w:asciiTheme="majorHAnsi" w:hAnsiTheme="majorHAnsi" w:cstheme="majorHAnsi"/>
          <w:color w:val="141414"/>
          <w:sz w:val="26"/>
          <w:szCs w:val="26"/>
        </w:rPr>
      </w:pPr>
    </w:p>
    <w:p w14:paraId="28E4A7CC" w14:textId="465C4544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Dus met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armen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naar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omhoog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geheven</w:t>
      </w:r>
      <w:proofErr w:type="spellEnd"/>
    </w:p>
    <w:p w14:paraId="6705FED2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Geef ik U mijn leven, Je - zus</w:t>
      </w:r>
    </w:p>
    <w:p w14:paraId="6C0DA397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Dat alleen U in mij zult wonen</w:t>
      </w:r>
    </w:p>
    <w:p w14:paraId="6249C7DF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Uw geest zal stromen, Je - zus</w:t>
      </w:r>
    </w:p>
    <w:p w14:paraId="4385A521" w14:textId="4ED5F667" w:rsidR="00436DB1" w:rsidRPr="00DF0041" w:rsidRDefault="00436DB1">
      <w:pPr>
        <w:keepLines/>
        <w:rPr>
          <w:rFonts w:asciiTheme="majorHAnsi" w:hAnsiTheme="majorHAnsi" w:cstheme="majorHAnsi"/>
          <w:sz w:val="26"/>
          <w:szCs w:val="26"/>
        </w:rPr>
      </w:pPr>
    </w:p>
    <w:p w14:paraId="791CCB23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Je - zus</w:t>
      </w:r>
    </w:p>
    <w:p w14:paraId="60A9E9FC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Je - zus</w:t>
      </w:r>
    </w:p>
    <w:p w14:paraId="558ADD25" w14:textId="015AA77C" w:rsidR="00436DB1" w:rsidRPr="00DF0041" w:rsidRDefault="00436DB1">
      <w:pPr>
        <w:rPr>
          <w:rFonts w:asciiTheme="majorHAnsi" w:hAnsiTheme="majorHAnsi" w:cstheme="majorHAnsi"/>
          <w:sz w:val="26"/>
          <w:szCs w:val="26"/>
        </w:rPr>
      </w:pPr>
    </w:p>
    <w:p w14:paraId="5D6DA3EB" w14:textId="399CE1A0" w:rsidR="00436DB1" w:rsidRPr="00DF0041" w:rsidRDefault="00675BC9" w:rsidP="00675BC9">
      <w:pPr>
        <w:rPr>
          <w:rFonts w:asciiTheme="majorHAnsi" w:hAnsiTheme="majorHAnsi" w:cstheme="majorHAnsi"/>
          <w:b/>
          <w:bCs/>
          <w:sz w:val="26"/>
          <w:szCs w:val="26"/>
        </w:rPr>
      </w:pPr>
      <w:proofErr w:type="spellStart"/>
      <w:r w:rsidRPr="00DF0041">
        <w:rPr>
          <w:rFonts w:asciiTheme="majorHAnsi" w:hAnsiTheme="majorHAnsi" w:cstheme="majorHAnsi"/>
          <w:b/>
          <w:bCs/>
          <w:sz w:val="26"/>
          <w:szCs w:val="26"/>
        </w:rPr>
        <w:t>Dankgebed</w:t>
      </w:r>
      <w:proofErr w:type="spellEnd"/>
      <w:r w:rsidRPr="00DF0041">
        <w:rPr>
          <w:rFonts w:asciiTheme="majorHAnsi" w:hAnsiTheme="majorHAnsi" w:cstheme="majorHAnsi"/>
          <w:b/>
          <w:bCs/>
          <w:sz w:val="26"/>
          <w:szCs w:val="26"/>
        </w:rPr>
        <w:br/>
      </w:r>
      <w:r w:rsidRPr="00DF0041">
        <w:rPr>
          <w:rFonts w:asciiTheme="majorHAnsi" w:hAnsiTheme="majorHAnsi" w:cstheme="majorHAnsi"/>
          <w:b/>
          <w:bCs/>
          <w:sz w:val="26"/>
          <w:szCs w:val="26"/>
        </w:rPr>
        <w:br/>
      </w:r>
      <w:proofErr w:type="spellStart"/>
      <w:r w:rsidRPr="00DF0041">
        <w:rPr>
          <w:rFonts w:asciiTheme="majorHAnsi" w:hAnsiTheme="majorHAnsi" w:cstheme="majorHAnsi"/>
          <w:b/>
          <w:bCs/>
          <w:sz w:val="26"/>
          <w:szCs w:val="26"/>
        </w:rPr>
        <w:t>Kinderlied</w:t>
      </w:r>
      <w:proofErr w:type="spellEnd"/>
      <w:r w:rsidRPr="00DF0041">
        <w:rPr>
          <w:rFonts w:asciiTheme="majorHAnsi" w:hAnsiTheme="majorHAnsi" w:cstheme="majorHAnsi"/>
          <w:b/>
          <w:bCs/>
          <w:sz w:val="26"/>
          <w:szCs w:val="26"/>
        </w:rPr>
        <w:t xml:space="preserve">: </w:t>
      </w:r>
      <w:proofErr w:type="spellStart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>Uw</w:t>
      </w:r>
      <w:proofErr w:type="spellEnd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>Woord</w:t>
      </w:r>
      <w:proofErr w:type="spellEnd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 xml:space="preserve"> Is Een Lamp Voor </w:t>
      </w:r>
      <w:proofErr w:type="spellStart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>Mijn</w:t>
      </w:r>
      <w:proofErr w:type="spellEnd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 xml:space="preserve"> Voet </w:t>
      </w:r>
      <w:r w:rsidRPr="00DF0041">
        <w:rPr>
          <w:rFonts w:asciiTheme="majorHAnsi" w:hAnsiTheme="majorHAnsi" w:cstheme="majorHAnsi"/>
          <w:b/>
          <w:color w:val="A66F28"/>
          <w:sz w:val="26"/>
          <w:szCs w:val="26"/>
        </w:rPr>
        <w:br/>
      </w:r>
      <w:r w:rsidR="00DF0041">
        <w:rPr>
          <w:rFonts w:asciiTheme="majorHAnsi" w:hAnsiTheme="majorHAnsi" w:cstheme="majorHAnsi"/>
          <w:color w:val="141414"/>
          <w:sz w:val="26"/>
          <w:szCs w:val="26"/>
        </w:rPr>
        <w:lastRenderedPageBreak/>
        <w:br/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Uw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woord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is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een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lamp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voor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mijn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voet</w:t>
      </w:r>
    </w:p>
    <w:p w14:paraId="523647C2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een licht op mijn pad.</w:t>
      </w:r>
    </w:p>
    <w:p w14:paraId="076BD212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Uw woord is een lamp voor mijn voet</w:t>
      </w:r>
    </w:p>
    <w:p w14:paraId="4E66A1ED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een licht op mijn pad.</w:t>
      </w:r>
    </w:p>
    <w:p w14:paraId="525EF370" w14:textId="4BD62E1C" w:rsidR="00436DB1" w:rsidRPr="00DF0041" w:rsidRDefault="00436DB1">
      <w:pPr>
        <w:keepLines/>
        <w:spacing w:before="120" w:after="40"/>
        <w:rPr>
          <w:rFonts w:asciiTheme="majorHAnsi" w:hAnsiTheme="majorHAnsi" w:cstheme="majorHAnsi"/>
          <w:sz w:val="26"/>
          <w:szCs w:val="26"/>
        </w:rPr>
      </w:pPr>
    </w:p>
    <w:p w14:paraId="1FADF092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Wanneer het 's avonds donker wordt</w:t>
      </w:r>
    </w:p>
    <w:p w14:paraId="6EF2E58E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je geen hand voor ogen ziet,</w:t>
      </w:r>
    </w:p>
    <w:p w14:paraId="775D7497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dan doe je ook een lichtje aan,</w:t>
      </w:r>
    </w:p>
    <w:p w14:paraId="574EB65F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zodat je ziet waar je kunt gaan.</w:t>
      </w:r>
    </w:p>
    <w:p w14:paraId="01B73B8C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Ja, zo is ook het Woord van God.</w:t>
      </w:r>
    </w:p>
    <w:p w14:paraId="6D7425F3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Het helpt je als je niets meer ziet.</w:t>
      </w:r>
    </w:p>
    <w:p w14:paraId="1BE0CF0C" w14:textId="67523F80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Want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elke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keer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als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je het leest</w:t>
      </w:r>
    </w:p>
    <w:p w14:paraId="1A73BBD4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dan zul je zien waar je kunt lopen,</w:t>
      </w:r>
    </w:p>
    <w:p w14:paraId="64F97DE5" w14:textId="77777777" w:rsidR="00436DB1" w:rsidRPr="00DF0041" w:rsidRDefault="00000000">
      <w:pPr>
        <w:keepLines/>
        <w:rPr>
          <w:rFonts w:asciiTheme="majorHAnsi" w:hAnsiTheme="majorHAnsi" w:cstheme="majorHAnsi"/>
          <w:color w:val="141414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en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waar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je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heen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kunt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gaan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>.</w:t>
      </w:r>
    </w:p>
    <w:p w14:paraId="5512A964" w14:textId="77777777" w:rsidR="00675BC9" w:rsidRPr="00DF0041" w:rsidRDefault="00675BC9">
      <w:pPr>
        <w:keepLines/>
        <w:rPr>
          <w:rFonts w:asciiTheme="majorHAnsi" w:hAnsiTheme="majorHAnsi" w:cstheme="majorHAnsi"/>
          <w:color w:val="141414"/>
          <w:sz w:val="26"/>
          <w:szCs w:val="26"/>
        </w:rPr>
      </w:pPr>
    </w:p>
    <w:p w14:paraId="435664A4" w14:textId="2FD6AA23" w:rsidR="00675BC9" w:rsidRPr="00DF0041" w:rsidRDefault="00675BC9">
      <w:pPr>
        <w:keepLines/>
        <w:rPr>
          <w:rFonts w:asciiTheme="majorHAnsi" w:hAnsiTheme="majorHAnsi" w:cstheme="majorHAnsi"/>
          <w:b/>
          <w:bCs/>
          <w:sz w:val="26"/>
          <w:szCs w:val="26"/>
        </w:rPr>
      </w:pPr>
      <w:proofErr w:type="spellStart"/>
      <w:r w:rsidRPr="00DF0041">
        <w:rPr>
          <w:rFonts w:asciiTheme="majorHAnsi" w:hAnsiTheme="majorHAnsi" w:cstheme="majorHAnsi"/>
          <w:b/>
          <w:bCs/>
          <w:color w:val="141414"/>
          <w:sz w:val="26"/>
          <w:szCs w:val="26"/>
        </w:rPr>
        <w:t>Collecte</w:t>
      </w:r>
      <w:proofErr w:type="spellEnd"/>
    </w:p>
    <w:p w14:paraId="19F6F1BC" w14:textId="638B2F86" w:rsidR="00436DB1" w:rsidRPr="00DF0041" w:rsidRDefault="00675BC9" w:rsidP="00675BC9">
      <w:pPr>
        <w:keepLines/>
        <w:spacing w:after="40"/>
        <w:rPr>
          <w:rFonts w:asciiTheme="majorHAnsi" w:hAnsiTheme="majorHAnsi" w:cstheme="majorHAnsi"/>
          <w:b/>
          <w:sz w:val="26"/>
          <w:szCs w:val="26"/>
        </w:rPr>
      </w:pPr>
      <w:r w:rsidRPr="00DF0041">
        <w:rPr>
          <w:rFonts w:asciiTheme="majorHAnsi" w:hAnsiTheme="majorHAnsi" w:cstheme="majorHAnsi"/>
          <w:color w:val="646A6E"/>
          <w:sz w:val="26"/>
          <w:szCs w:val="26"/>
        </w:rPr>
        <w:br/>
      </w:r>
      <w:proofErr w:type="spellStart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>Opw</w:t>
      </w:r>
      <w:proofErr w:type="spellEnd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 xml:space="preserve"> 214 - Ik </w:t>
      </w:r>
      <w:proofErr w:type="spellStart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>wandel</w:t>
      </w:r>
      <w:proofErr w:type="spellEnd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 xml:space="preserve"> in het </w:t>
      </w:r>
      <w:proofErr w:type="spellStart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>licht</w:t>
      </w:r>
      <w:proofErr w:type="spellEnd"/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t xml:space="preserve"> met Jezus </w:t>
      </w:r>
      <w:r w:rsidRPr="00DF0041">
        <w:rPr>
          <w:rFonts w:asciiTheme="majorHAnsi" w:hAnsiTheme="majorHAnsi" w:cstheme="majorHAnsi"/>
          <w:b/>
          <w:color w:val="1F3844"/>
          <w:sz w:val="26"/>
          <w:szCs w:val="26"/>
        </w:rPr>
        <w:br/>
      </w:r>
    </w:p>
    <w:p w14:paraId="31A484C0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wandel in het licht met Jezus,</w:t>
      </w:r>
    </w:p>
    <w:p w14:paraId="0F859038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Het donk're dal ligt achter mij,</w:t>
      </w:r>
    </w:p>
    <w:p w14:paraId="11FA7F5A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'k weet mij in zijn trouw geborgen,</w:t>
      </w:r>
    </w:p>
    <w:p w14:paraId="51F44C5A" w14:textId="77777777" w:rsidR="00436DB1" w:rsidRDefault="00000000">
      <w:pPr>
        <w:keepLines/>
        <w:rPr>
          <w:rFonts w:asciiTheme="majorHAnsi" w:hAnsiTheme="majorHAnsi" w:cstheme="majorHAnsi"/>
          <w:color w:val="141414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Welk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een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liefdevolle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vriend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is Hij?</w:t>
      </w:r>
    </w:p>
    <w:p w14:paraId="5D0E5B50" w14:textId="77777777" w:rsidR="00DF0041" w:rsidRPr="00DF0041" w:rsidRDefault="00DF0041">
      <w:pPr>
        <w:keepLines/>
        <w:rPr>
          <w:rFonts w:asciiTheme="majorHAnsi" w:hAnsiTheme="majorHAnsi" w:cstheme="majorHAnsi"/>
          <w:sz w:val="26"/>
          <w:szCs w:val="26"/>
        </w:rPr>
      </w:pPr>
    </w:p>
    <w:p w14:paraId="2421FC6D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wandel in het licht met Jezus,</w:t>
      </w:r>
    </w:p>
    <w:p w14:paraId="46DDB25F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'k luister naar zijn dierb're stem,</w:t>
      </w:r>
    </w:p>
    <w:p w14:paraId="4210B902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niets kan mij van Jezus scheiden</w:t>
      </w:r>
    </w:p>
    <w:p w14:paraId="16965B0B" w14:textId="77777777" w:rsidR="00436DB1" w:rsidRDefault="00000000">
      <w:pPr>
        <w:keepLines/>
        <w:rPr>
          <w:rFonts w:asciiTheme="majorHAnsi" w:hAnsiTheme="majorHAnsi" w:cstheme="majorHAnsi"/>
          <w:color w:val="141414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Sinds ik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wandel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in het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licht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met Hem.</w:t>
      </w:r>
    </w:p>
    <w:p w14:paraId="34EE783E" w14:textId="77777777" w:rsidR="00DF0041" w:rsidRPr="00DF0041" w:rsidRDefault="00DF0041">
      <w:pPr>
        <w:keepLines/>
        <w:rPr>
          <w:rFonts w:asciiTheme="majorHAnsi" w:hAnsiTheme="majorHAnsi" w:cstheme="majorHAnsi"/>
          <w:sz w:val="26"/>
          <w:szCs w:val="26"/>
        </w:rPr>
      </w:pPr>
    </w:p>
    <w:p w14:paraId="212F7C41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wandel in het licht met Jezus,</w:t>
      </w:r>
    </w:p>
    <w:p w14:paraId="35BE997D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Geen duist're wolk bedekt de zon,</w:t>
      </w:r>
    </w:p>
    <w:p w14:paraId="6C131C03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'k kan niet anders 'k moet Hem prijzen,</w:t>
      </w:r>
    </w:p>
    <w:p w14:paraId="3426837F" w14:textId="77777777" w:rsidR="00436DB1" w:rsidRDefault="00000000">
      <w:pPr>
        <w:keepLines/>
        <w:rPr>
          <w:rFonts w:asciiTheme="majorHAnsi" w:hAnsiTheme="majorHAnsi" w:cstheme="majorHAnsi"/>
          <w:color w:val="141414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Die de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zonde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in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mij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overwon.</w:t>
      </w:r>
    </w:p>
    <w:p w14:paraId="5E49F060" w14:textId="77777777" w:rsidR="00DF0041" w:rsidRPr="00DF0041" w:rsidRDefault="00DF0041">
      <w:pPr>
        <w:keepLines/>
        <w:rPr>
          <w:rFonts w:asciiTheme="majorHAnsi" w:hAnsiTheme="majorHAnsi" w:cstheme="majorHAnsi"/>
          <w:sz w:val="26"/>
          <w:szCs w:val="26"/>
        </w:rPr>
      </w:pPr>
    </w:p>
    <w:p w14:paraId="448F61E6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wandel in het licht met Jezus,</w:t>
      </w:r>
    </w:p>
    <w:p w14:paraId="4BAB8853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'k luister naar zijn dierb're stem,</w:t>
      </w:r>
    </w:p>
    <w:p w14:paraId="0E99B4D8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niets kan mij van Jezus scheiden</w:t>
      </w:r>
    </w:p>
    <w:p w14:paraId="39BB6A08" w14:textId="77777777" w:rsidR="00436DB1" w:rsidRDefault="00000000">
      <w:pPr>
        <w:keepLines/>
        <w:rPr>
          <w:rFonts w:asciiTheme="majorHAnsi" w:hAnsiTheme="majorHAnsi" w:cstheme="majorHAnsi"/>
          <w:color w:val="141414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Sinds ik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wandel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in het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licht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met Hem.</w:t>
      </w:r>
    </w:p>
    <w:p w14:paraId="2D26FAAC" w14:textId="77777777" w:rsidR="00DF0041" w:rsidRPr="00DF0041" w:rsidRDefault="00DF0041">
      <w:pPr>
        <w:keepLines/>
        <w:rPr>
          <w:rFonts w:asciiTheme="majorHAnsi" w:hAnsiTheme="majorHAnsi" w:cstheme="majorHAnsi"/>
          <w:sz w:val="26"/>
          <w:szCs w:val="26"/>
        </w:rPr>
      </w:pPr>
    </w:p>
    <w:p w14:paraId="65DF8B26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wandel in het licht met Jezus,</w:t>
      </w:r>
    </w:p>
    <w:p w14:paraId="4BEA0D44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lastRenderedPageBreak/>
        <w:t>Mijn ziel is Hem gans toegewijd,</w:t>
      </w:r>
    </w:p>
    <w:p w14:paraId="6D0BC916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Met Hem verrezen tot nieuw leven,</w:t>
      </w:r>
    </w:p>
    <w:p w14:paraId="782E3398" w14:textId="77777777" w:rsidR="00436DB1" w:rsidRDefault="00000000">
      <w:pPr>
        <w:keepLines/>
        <w:rPr>
          <w:rFonts w:asciiTheme="majorHAnsi" w:hAnsiTheme="majorHAnsi" w:cstheme="majorHAnsi"/>
          <w:color w:val="141414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Volg 'k mijn Heiland tot in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eeuwigheid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>.</w:t>
      </w:r>
    </w:p>
    <w:p w14:paraId="70B5125C" w14:textId="77777777" w:rsidR="00DF0041" w:rsidRPr="00DF0041" w:rsidRDefault="00DF0041">
      <w:pPr>
        <w:keepLines/>
        <w:rPr>
          <w:rFonts w:asciiTheme="majorHAnsi" w:hAnsiTheme="majorHAnsi" w:cstheme="majorHAnsi"/>
          <w:sz w:val="26"/>
          <w:szCs w:val="26"/>
        </w:rPr>
      </w:pPr>
    </w:p>
    <w:p w14:paraId="1F7E4FEC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wandel in het licht met Jezus,</w:t>
      </w:r>
    </w:p>
    <w:p w14:paraId="4BCCD465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'k luister naar zijn dierb're stem,</w:t>
      </w:r>
    </w:p>
    <w:p w14:paraId="0BFD015C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niets kan mij van Jezus scheiden</w:t>
      </w:r>
    </w:p>
    <w:p w14:paraId="0429D1A9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Sinds ik wandel in het licht met Hem.</w:t>
      </w:r>
    </w:p>
    <w:p w14:paraId="125F7231" w14:textId="77777777" w:rsidR="00675BC9" w:rsidRPr="00DF0041" w:rsidRDefault="00675BC9">
      <w:pPr>
        <w:keepLines/>
        <w:rPr>
          <w:rFonts w:asciiTheme="majorHAnsi" w:hAnsiTheme="majorHAnsi" w:cstheme="majorHAnsi"/>
          <w:color w:val="141414"/>
          <w:sz w:val="26"/>
          <w:szCs w:val="26"/>
        </w:rPr>
      </w:pPr>
    </w:p>
    <w:p w14:paraId="2EE7F07D" w14:textId="1948A144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Ik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wandel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in het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licht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met Jezus,</w:t>
      </w:r>
    </w:p>
    <w:p w14:paraId="1301B6CB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O, mocht ik zelf een lichtje zijn,</w:t>
      </w:r>
    </w:p>
    <w:p w14:paraId="43CE32E2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Dat straalt te midden van de wereld,</w:t>
      </w:r>
    </w:p>
    <w:p w14:paraId="5882D73A" w14:textId="77777777" w:rsidR="00436DB1" w:rsidRDefault="00000000">
      <w:pPr>
        <w:keepLines/>
        <w:rPr>
          <w:rFonts w:asciiTheme="majorHAnsi" w:hAnsiTheme="majorHAnsi" w:cstheme="majorHAnsi"/>
          <w:color w:val="141414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Die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gebukt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gaat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onder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zorg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en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pijn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>.</w:t>
      </w:r>
    </w:p>
    <w:p w14:paraId="082AF2E0" w14:textId="77777777" w:rsidR="00DF0041" w:rsidRPr="00DF0041" w:rsidRDefault="00DF0041">
      <w:pPr>
        <w:keepLines/>
        <w:rPr>
          <w:rFonts w:asciiTheme="majorHAnsi" w:hAnsiTheme="majorHAnsi" w:cstheme="majorHAnsi"/>
          <w:sz w:val="26"/>
          <w:szCs w:val="26"/>
        </w:rPr>
      </w:pPr>
    </w:p>
    <w:p w14:paraId="2E879EB8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Ik wandel in het licht met Jezus,</w:t>
      </w:r>
    </w:p>
    <w:p w14:paraId="23E0B9BC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'k luister naar zijn dierb're stem,</w:t>
      </w:r>
    </w:p>
    <w:p w14:paraId="7F42204F" w14:textId="77777777" w:rsidR="00436DB1" w:rsidRPr="00DF0041" w:rsidRDefault="00000000">
      <w:pPr>
        <w:keepLines/>
        <w:rPr>
          <w:rFonts w:asciiTheme="majorHAnsi" w:hAnsiTheme="majorHAnsi" w:cstheme="majorHAnsi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>En niets kan mij van Jezus scheiden</w:t>
      </w:r>
    </w:p>
    <w:p w14:paraId="26DE6DB0" w14:textId="77777777" w:rsidR="00436DB1" w:rsidRPr="00DF0041" w:rsidRDefault="00000000">
      <w:pPr>
        <w:keepLines/>
        <w:rPr>
          <w:rFonts w:asciiTheme="majorHAnsi" w:hAnsiTheme="majorHAnsi" w:cstheme="majorHAnsi"/>
          <w:color w:val="141414"/>
          <w:sz w:val="26"/>
          <w:szCs w:val="26"/>
        </w:rPr>
      </w:pPr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Sinds ik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wandel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in het </w:t>
      </w:r>
      <w:proofErr w:type="spellStart"/>
      <w:r w:rsidRPr="00DF0041">
        <w:rPr>
          <w:rFonts w:asciiTheme="majorHAnsi" w:hAnsiTheme="majorHAnsi" w:cstheme="majorHAnsi"/>
          <w:color w:val="141414"/>
          <w:sz w:val="26"/>
          <w:szCs w:val="26"/>
        </w:rPr>
        <w:t>licht</w:t>
      </w:r>
      <w:proofErr w:type="spellEnd"/>
      <w:r w:rsidRPr="00DF0041">
        <w:rPr>
          <w:rFonts w:asciiTheme="majorHAnsi" w:hAnsiTheme="majorHAnsi" w:cstheme="majorHAnsi"/>
          <w:color w:val="141414"/>
          <w:sz w:val="26"/>
          <w:szCs w:val="26"/>
        </w:rPr>
        <w:t xml:space="preserve"> met Hem.</w:t>
      </w:r>
    </w:p>
    <w:p w14:paraId="0DD1195A" w14:textId="77777777" w:rsidR="00B84701" w:rsidRPr="00DF0041" w:rsidRDefault="00B84701">
      <w:pPr>
        <w:keepLines/>
        <w:rPr>
          <w:rFonts w:asciiTheme="majorHAnsi" w:hAnsiTheme="majorHAnsi" w:cstheme="majorHAnsi"/>
          <w:color w:val="141414"/>
          <w:sz w:val="26"/>
          <w:szCs w:val="26"/>
        </w:rPr>
      </w:pPr>
    </w:p>
    <w:p w14:paraId="38ED9CE9" w14:textId="4D6D3914" w:rsidR="00B84701" w:rsidRPr="00DF0041" w:rsidRDefault="00B84701">
      <w:pPr>
        <w:keepLines/>
        <w:rPr>
          <w:rFonts w:asciiTheme="majorHAnsi" w:hAnsiTheme="majorHAnsi" w:cstheme="majorHAnsi"/>
          <w:b/>
          <w:bCs/>
          <w:color w:val="141414"/>
          <w:sz w:val="26"/>
          <w:szCs w:val="26"/>
        </w:rPr>
      </w:pPr>
      <w:proofErr w:type="spellStart"/>
      <w:r w:rsidRPr="00DF0041">
        <w:rPr>
          <w:rFonts w:asciiTheme="majorHAnsi" w:hAnsiTheme="majorHAnsi" w:cstheme="majorHAnsi"/>
          <w:b/>
          <w:bCs/>
          <w:color w:val="141414"/>
          <w:sz w:val="26"/>
          <w:szCs w:val="26"/>
        </w:rPr>
        <w:t>Zegen</w:t>
      </w:r>
      <w:proofErr w:type="spellEnd"/>
    </w:p>
    <w:p w14:paraId="3DABE152" w14:textId="77777777" w:rsidR="00B84701" w:rsidRPr="00DF0041" w:rsidRDefault="00B84701">
      <w:pPr>
        <w:keepLines/>
        <w:rPr>
          <w:rFonts w:asciiTheme="majorHAnsi" w:hAnsiTheme="majorHAnsi" w:cstheme="majorHAnsi"/>
          <w:b/>
          <w:bCs/>
          <w:color w:val="141414"/>
          <w:sz w:val="26"/>
          <w:szCs w:val="26"/>
        </w:rPr>
      </w:pPr>
    </w:p>
    <w:p w14:paraId="644F2A7D" w14:textId="77777777" w:rsidR="00B84701" w:rsidRPr="00DF0041" w:rsidRDefault="00B84701" w:rsidP="00B84701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</w:pPr>
      <w:r w:rsidRPr="00DF0041">
        <w:rPr>
          <w:rFonts w:asciiTheme="majorHAnsi" w:hAnsiTheme="majorHAnsi" w:cstheme="majorHAnsi"/>
          <w:b/>
          <w:bCs/>
          <w:sz w:val="26"/>
          <w:szCs w:val="26"/>
        </w:rPr>
        <w:t xml:space="preserve">Hart vol </w:t>
      </w:r>
      <w:proofErr w:type="spellStart"/>
      <w:r w:rsidRPr="00DF0041">
        <w:rPr>
          <w:rFonts w:asciiTheme="majorHAnsi" w:hAnsiTheme="majorHAnsi" w:cstheme="majorHAnsi"/>
          <w:b/>
          <w:bCs/>
          <w:sz w:val="26"/>
          <w:szCs w:val="26"/>
        </w:rPr>
        <w:t>lof</w:t>
      </w:r>
      <w:proofErr w:type="spellEnd"/>
      <w:r w:rsidRPr="00DF0041">
        <w:rPr>
          <w:rFonts w:asciiTheme="majorHAnsi" w:hAnsiTheme="majorHAnsi" w:cstheme="majorHAnsi"/>
          <w:b/>
          <w:bCs/>
          <w:sz w:val="26"/>
          <w:szCs w:val="26"/>
        </w:rPr>
        <w:br/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t>U verwelkomt ons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In Uw heiligdom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Uw liefde trekt ons dichterbij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 xml:space="preserve">U bent onze </w:t>
      </w:r>
      <w:proofErr w:type="gramStart"/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t>god</w:t>
      </w:r>
      <w:proofErr w:type="gramEnd"/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Wij Uw eigendom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Volledig aan U toegewijd</w:t>
      </w:r>
    </w:p>
    <w:p w14:paraId="333C38C3" w14:textId="77777777" w:rsidR="00B84701" w:rsidRPr="00DF0041" w:rsidRDefault="00B84701" w:rsidP="00B84701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</w:pPr>
    </w:p>
    <w:p w14:paraId="4C1DDF0B" w14:textId="55A4ED9B" w:rsidR="00B84701" w:rsidRPr="00DF0041" w:rsidRDefault="00B84701" w:rsidP="00B84701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</w:pP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t>Met een hart vol lof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Gaan wij door de poort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We komen voor Uw troon met luid gejuich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Doe Uw wil in ons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Allerhoogste God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Vol verwachting zien wij naar U uit</w:t>
      </w:r>
    </w:p>
    <w:p w14:paraId="2F652AC4" w14:textId="77777777" w:rsidR="00B84701" w:rsidRPr="00DF0041" w:rsidRDefault="00B84701" w:rsidP="00B84701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</w:pPr>
    </w:p>
    <w:p w14:paraId="31027679" w14:textId="285A686F" w:rsidR="00B84701" w:rsidRPr="00DF0041" w:rsidRDefault="00B84701" w:rsidP="00B84701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</w:pP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t>Uw trouw houdt ons bijeen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Door generaties heen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Wij zijn het levende bewijs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De hoop voor iedereen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Ligt in Uw naam alleen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U was er en zult er altijd zijn</w:t>
      </w:r>
    </w:p>
    <w:p w14:paraId="75C1DAEA" w14:textId="77777777" w:rsidR="00B84701" w:rsidRPr="00DF0041" w:rsidRDefault="00B84701" w:rsidP="00B84701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</w:pPr>
    </w:p>
    <w:p w14:paraId="4687D2C1" w14:textId="57265CC5" w:rsidR="00B84701" w:rsidRPr="00DF0041" w:rsidRDefault="00B84701" w:rsidP="00B84701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</w:pP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lastRenderedPageBreak/>
        <w:t>Met een hart vol lof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Gaan wij door de poort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We komen voor Uw troon met luid gejuich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Doe Uw wil in ons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Allerhoogste God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Vol verwachting zien wij naar U uit</w:t>
      </w:r>
    </w:p>
    <w:p w14:paraId="53B0A8F9" w14:textId="77777777" w:rsidR="00B84701" w:rsidRPr="00DF0041" w:rsidRDefault="00B84701" w:rsidP="00B84701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</w:pPr>
    </w:p>
    <w:p w14:paraId="63AD04F0" w14:textId="28F82BAF" w:rsidR="00B84701" w:rsidRPr="00DF0041" w:rsidRDefault="00B84701" w:rsidP="00B84701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</w:pP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t>We staan niet langer aan de zijlijn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We rennen naar U toe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We rennen naar U toe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 xml:space="preserve">Uw hart verlangt om </w:t>
      </w:r>
      <w:proofErr w:type="gramStart"/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t>dichtbij</w:t>
      </w:r>
      <w:proofErr w:type="gramEnd"/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t xml:space="preserve"> ons te zijn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U komt ons tegemoet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U komt ons tegemoet</w:t>
      </w:r>
    </w:p>
    <w:p w14:paraId="67B6C5E0" w14:textId="77777777" w:rsidR="00B84701" w:rsidRPr="00DF0041" w:rsidRDefault="00B84701" w:rsidP="00B84701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</w:pPr>
    </w:p>
    <w:p w14:paraId="7FA34852" w14:textId="3B4F2E7A" w:rsidR="00B84701" w:rsidRPr="00DF0041" w:rsidRDefault="00B84701" w:rsidP="00B84701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</w:pP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t>We staan niet langer aan de zijlijn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We rennen naar U toe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We rennen naar U toe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 xml:space="preserve">Uw hart verlangt om </w:t>
      </w:r>
      <w:proofErr w:type="gramStart"/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t>dichtbij</w:t>
      </w:r>
      <w:proofErr w:type="gramEnd"/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t xml:space="preserve"> ons te zijn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U komt ons tegemoet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U komt ons tegemoet</w:t>
      </w:r>
    </w:p>
    <w:p w14:paraId="3A749CBE" w14:textId="77777777" w:rsidR="00B84701" w:rsidRPr="00DF0041" w:rsidRDefault="00B84701" w:rsidP="00B84701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</w:pPr>
    </w:p>
    <w:p w14:paraId="361A6987" w14:textId="69D20E1F" w:rsidR="00B84701" w:rsidRPr="00DF0041" w:rsidRDefault="00B84701" w:rsidP="00B84701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</w:pP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t>Met een hart vol lof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Gaan wij door de poort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We komen voor Uw troon met luid gejuich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Doe Uw wil in ons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Allerhoogste God</w:t>
      </w:r>
      <w:r w:rsidRPr="00DF0041">
        <w:rPr>
          <w:rFonts w:asciiTheme="majorHAnsi" w:eastAsia="Times New Roman" w:hAnsiTheme="majorHAnsi" w:cstheme="majorHAnsi"/>
          <w:color w:val="1F1F1F"/>
          <w:sz w:val="26"/>
          <w:szCs w:val="26"/>
          <w:lang w:val="nl-NL" w:eastAsia="nl-NL"/>
        </w:rPr>
        <w:br/>
        <w:t>Vol verwachting zien wij naar U uit</w:t>
      </w:r>
    </w:p>
    <w:p w14:paraId="5B92744D" w14:textId="2E4F1DB6" w:rsidR="00B84701" w:rsidRPr="00DF0041" w:rsidRDefault="00B84701">
      <w:pPr>
        <w:keepLines/>
        <w:rPr>
          <w:rFonts w:asciiTheme="majorHAnsi" w:hAnsiTheme="majorHAnsi" w:cstheme="majorHAnsi"/>
          <w:b/>
          <w:bCs/>
          <w:sz w:val="26"/>
          <w:szCs w:val="26"/>
        </w:rPr>
      </w:pPr>
    </w:p>
    <w:p w14:paraId="3E22BD7F" w14:textId="5043FD39" w:rsidR="00675BC9" w:rsidRPr="00DF0041" w:rsidRDefault="00675BC9" w:rsidP="00675BC9">
      <w:pPr>
        <w:keepLines/>
        <w:spacing w:before="60" w:after="0"/>
        <w:jc w:val="right"/>
        <w:rPr>
          <w:rFonts w:asciiTheme="majorHAnsi" w:hAnsiTheme="majorHAnsi" w:cstheme="majorHAnsi"/>
          <w:color w:val="646A6E"/>
          <w:sz w:val="26"/>
          <w:szCs w:val="26"/>
        </w:rPr>
      </w:pPr>
    </w:p>
    <w:p w14:paraId="55CC92B1" w14:textId="5B565004" w:rsidR="00436DB1" w:rsidRPr="00DF0041" w:rsidRDefault="00436DB1">
      <w:pPr>
        <w:keepLines/>
        <w:spacing w:before="60" w:after="0"/>
        <w:jc w:val="right"/>
        <w:rPr>
          <w:rFonts w:asciiTheme="majorHAnsi" w:hAnsiTheme="majorHAnsi" w:cstheme="majorHAnsi"/>
          <w:sz w:val="26"/>
          <w:szCs w:val="26"/>
        </w:rPr>
      </w:pPr>
    </w:p>
    <w:sectPr w:rsidR="00436DB1" w:rsidRPr="00DF0041" w:rsidSect="00034616">
      <w:footerReference w:type="default" r:id="rId8"/>
      <w:pgSz w:w="11906" w:h="16838"/>
      <w:pgMar w:top="879" w:right="1020" w:bottom="822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2D61E" w14:textId="77777777" w:rsidR="0032501D" w:rsidRDefault="0032501D">
      <w:pPr>
        <w:spacing w:after="0" w:line="240" w:lineRule="auto"/>
      </w:pPr>
      <w:r>
        <w:separator/>
      </w:r>
    </w:p>
  </w:endnote>
  <w:endnote w:type="continuationSeparator" w:id="0">
    <w:p w14:paraId="14C883B3" w14:textId="77777777" w:rsidR="0032501D" w:rsidRDefault="00325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D4061" w14:textId="77777777" w:rsidR="00436DB1" w:rsidRDefault="00000000">
    <w:pPr>
      <w:pStyle w:val="Voettekst"/>
      <w:jc w:val="center"/>
    </w:pPr>
    <w:r>
      <w:rPr>
        <w:color w:val="646A6E"/>
        <w:sz w:val="17"/>
      </w:rPr>
      <w:fldChar w:fldCharType="begin"/>
    </w:r>
    <w:r>
      <w:rPr>
        <w:color w:val="646A6E"/>
        <w:sz w:val="17"/>
      </w:rPr>
      <w:instrText xml:space="preserve"> PAGE </w:instrText>
    </w:r>
    <w:r>
      <w:rPr>
        <w:color w:val="646A6E"/>
        <w:sz w:val="17"/>
      </w:rPr>
      <w:fldChar w:fldCharType="separate"/>
    </w:r>
    <w:r>
      <w:rPr>
        <w:color w:val="646A6E"/>
        <w:sz w:val="17"/>
      </w:rPr>
      <w:t>1</w:t>
    </w:r>
    <w:r>
      <w:rPr>
        <w:color w:val="646A6E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CCD68" w14:textId="77777777" w:rsidR="0032501D" w:rsidRDefault="0032501D">
      <w:pPr>
        <w:spacing w:after="0" w:line="240" w:lineRule="auto"/>
      </w:pPr>
      <w:r>
        <w:separator/>
      </w:r>
    </w:p>
  </w:footnote>
  <w:footnote w:type="continuationSeparator" w:id="0">
    <w:p w14:paraId="2A93DBBC" w14:textId="77777777" w:rsidR="0032501D" w:rsidRDefault="003250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5930663">
    <w:abstractNumId w:val="8"/>
  </w:num>
  <w:num w:numId="2" w16cid:durableId="1696274513">
    <w:abstractNumId w:val="6"/>
  </w:num>
  <w:num w:numId="3" w16cid:durableId="1539319168">
    <w:abstractNumId w:val="5"/>
  </w:num>
  <w:num w:numId="4" w16cid:durableId="1768229732">
    <w:abstractNumId w:val="4"/>
  </w:num>
  <w:num w:numId="5" w16cid:durableId="1865167268">
    <w:abstractNumId w:val="7"/>
  </w:num>
  <w:num w:numId="6" w16cid:durableId="1503424131">
    <w:abstractNumId w:val="3"/>
  </w:num>
  <w:num w:numId="7" w16cid:durableId="1869951805">
    <w:abstractNumId w:val="2"/>
  </w:num>
  <w:num w:numId="8" w16cid:durableId="1127551401">
    <w:abstractNumId w:val="1"/>
  </w:num>
  <w:num w:numId="9" w16cid:durableId="742719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501D"/>
    <w:rsid w:val="00326F90"/>
    <w:rsid w:val="00375926"/>
    <w:rsid w:val="00436DB1"/>
    <w:rsid w:val="00675BC9"/>
    <w:rsid w:val="00685779"/>
    <w:rsid w:val="00787910"/>
    <w:rsid w:val="00AA1D8D"/>
    <w:rsid w:val="00B47730"/>
    <w:rsid w:val="00B57E12"/>
    <w:rsid w:val="00B84701"/>
    <w:rsid w:val="00BB6AA8"/>
    <w:rsid w:val="00BD2E36"/>
    <w:rsid w:val="00CB0664"/>
    <w:rsid w:val="00DF0041"/>
    <w:rsid w:val="00F55F5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CF4AC2"/>
  <w14:defaultImageDpi w14:val="300"/>
  <w15:docId w15:val="{C459C1C7-3585-4DAD-BACF-1F1CA20DA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pPr>
      <w:spacing w:after="42" w:line="245" w:lineRule="auto"/>
    </w:pPr>
    <w:rPr>
      <w:rFonts w:ascii="Aptos" w:hAnsi="Aptos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1387</Words>
  <Characters>7634</Characters>
  <Application>Microsoft Office Word</Application>
  <DocSecurity>0</DocSecurity>
  <Lines>63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Songbook for 23 August 2026</vt:lpstr>
      <vt:lpstr/>
    </vt:vector>
  </TitlesOfParts>
  <Manager/>
  <Company/>
  <LinksUpToDate>false</LinksUpToDate>
  <CharactersWithSpaces>9003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Songbook for 23 August 2026</dc:title>
  <dc:subject>Liedteksten</dc:subject>
  <dc:creator>python-docx</dc:creator>
  <cp:keywords/>
  <dc:description>generated by python-docx</dc:description>
  <cp:lastModifiedBy>Evert van Leersum</cp:lastModifiedBy>
  <cp:revision>2</cp:revision>
  <dcterms:created xsi:type="dcterms:W3CDTF">2026-08-21T11:39:00Z</dcterms:created>
  <dcterms:modified xsi:type="dcterms:W3CDTF">2026-08-21T11:39:00Z</dcterms:modified>
  <cp:category/>
</cp:coreProperties>
</file>